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51911" w14:textId="77777777" w:rsidR="00257C38" w:rsidRDefault="00000000">
      <w:pPr>
        <w:spacing w:after="240"/>
        <w:jc w:val="center"/>
      </w:pPr>
      <w:r>
        <w:rPr>
          <w:rFonts w:ascii="Arial" w:hAnsi="Arial"/>
          <w:b/>
          <w:color w:val="333333"/>
          <w:sz w:val="36"/>
        </w:rPr>
        <w:t>Muster-Widerrufsformular</w:t>
      </w:r>
    </w:p>
    <w:p w14:paraId="2A1F6583" w14:textId="77777777" w:rsidR="00257C38" w:rsidRDefault="00000000">
      <w:pPr>
        <w:spacing w:after="360"/>
        <w:jc w:val="center"/>
      </w:pPr>
      <w:r>
        <w:rPr>
          <w:rFonts w:ascii="Arial" w:hAnsi="Arial"/>
          <w:i/>
          <w:color w:val="666666"/>
          <w:sz w:val="20"/>
        </w:rPr>
        <w:t>(Wenn Sie den Vertrag widerrufen wollen, dann füllen Sie bitte dieses Formular aus und senden Sie es zurück.)</w:t>
      </w:r>
    </w:p>
    <w:p w14:paraId="11861F3F" w14:textId="77777777" w:rsidR="00257C38" w:rsidRDefault="00000000">
      <w:pPr>
        <w:spacing w:before="240" w:after="80"/>
      </w:pPr>
      <w:r>
        <w:rPr>
          <w:rFonts w:ascii="Arial" w:hAnsi="Arial"/>
          <w:b/>
        </w:rPr>
        <w:t>An: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936"/>
      </w:tblGrid>
      <w:tr w:rsidR="00257C38" w14:paraId="22A3D87D" w14:textId="77777777">
        <w:tc>
          <w:tcPr>
            <w:tcW w:w="99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</w:tcPr>
          <w:p w14:paraId="61696064" w14:textId="7390CFDA" w:rsidR="00257C38" w:rsidRDefault="005000D2">
            <w:pPr>
              <w:spacing w:after="40"/>
            </w:pPr>
            <w:proofErr w:type="spellStart"/>
            <w:r w:rsidRPr="005000D2">
              <w:rPr>
                <w:rFonts w:ascii="Arial" w:hAnsi="Arial"/>
                <w:sz w:val="20"/>
              </w:rPr>
              <w:t>Struktur</w:t>
            </w:r>
            <w:proofErr w:type="spellEnd"/>
            <w:r w:rsidRPr="005000D2">
              <w:rPr>
                <w:rFonts w:ascii="Arial" w:hAnsi="Arial"/>
                <w:sz w:val="20"/>
              </w:rPr>
              <w:t>-Gemeinschaft</w:t>
            </w:r>
            <w:r w:rsidRPr="005000D2">
              <w:rPr>
                <w:rFonts w:ascii="Arial" w:hAnsi="Arial"/>
                <w:sz w:val="20"/>
              </w:rPr>
              <w:br/>
            </w:r>
            <w:proofErr w:type="spellStart"/>
            <w:r w:rsidRPr="005000D2">
              <w:rPr>
                <w:rFonts w:ascii="Arial" w:hAnsi="Arial"/>
                <w:sz w:val="20"/>
              </w:rPr>
              <w:t>Inhaber</w:t>
            </w:r>
            <w:proofErr w:type="spellEnd"/>
            <w:r w:rsidRPr="005000D2">
              <w:rPr>
                <w:rFonts w:ascii="Arial" w:hAnsi="Arial"/>
                <w:sz w:val="20"/>
              </w:rPr>
              <w:t>: Walter Nitsche</w:t>
            </w:r>
            <w:r w:rsidRPr="005000D2">
              <w:rPr>
                <w:rFonts w:ascii="Arial" w:hAnsi="Arial"/>
                <w:sz w:val="20"/>
              </w:rPr>
              <w:br/>
            </w:r>
            <w:proofErr w:type="spellStart"/>
            <w:r w:rsidRPr="005000D2">
              <w:rPr>
                <w:rFonts w:ascii="Arial" w:hAnsi="Arial"/>
                <w:sz w:val="20"/>
              </w:rPr>
              <w:t>Glockwiesenstraße</w:t>
            </w:r>
            <w:proofErr w:type="spellEnd"/>
            <w:r w:rsidRPr="005000D2">
              <w:rPr>
                <w:rFonts w:ascii="Arial" w:hAnsi="Arial"/>
                <w:sz w:val="20"/>
              </w:rPr>
              <w:t xml:space="preserve"> 5</w:t>
            </w:r>
            <w:r w:rsidRPr="005000D2">
              <w:rPr>
                <w:rFonts w:ascii="Arial" w:hAnsi="Arial"/>
                <w:sz w:val="20"/>
              </w:rPr>
              <w:br/>
            </w:r>
            <w:r>
              <w:rPr>
                <w:rFonts w:ascii="Arial" w:hAnsi="Arial"/>
                <w:sz w:val="20"/>
              </w:rPr>
              <w:t>D-</w:t>
            </w:r>
            <w:r w:rsidRPr="005000D2">
              <w:rPr>
                <w:rFonts w:ascii="Arial" w:hAnsi="Arial"/>
                <w:sz w:val="20"/>
              </w:rPr>
              <w:t>75217 Birkenfeld</w:t>
            </w:r>
          </w:p>
        </w:tc>
      </w:tr>
    </w:tbl>
    <w:p w14:paraId="02B4E611" w14:textId="77777777" w:rsidR="00257C38" w:rsidRDefault="00000000">
      <w:pPr>
        <w:spacing w:before="360" w:after="120"/>
      </w:pPr>
      <w:r>
        <w:rPr>
          <w:rFonts w:ascii="Arial" w:hAnsi="Arial"/>
          <w:sz w:val="21"/>
        </w:rPr>
        <w:t>Hiermit widerrufe(n) ich/wir (*) den von mir/uns (*) abgeschlossenen Vertrag über den Kauf der folgenden Waren (*)/die Erbringung der folgenden Dienstleistung (*):</w:t>
      </w:r>
    </w:p>
    <w:p w14:paraId="70EAC58E" w14:textId="77777777" w:rsidR="00257C38" w:rsidRDefault="00000000">
      <w:pPr>
        <w:spacing w:before="200" w:after="80"/>
      </w:pPr>
      <w:r>
        <w:rPr>
          <w:rFonts w:ascii="Arial" w:hAnsi="Arial"/>
          <w:b/>
          <w:sz w:val="21"/>
        </w:rPr>
        <w:t>Beschreibung der Ware / des Abonnements: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936"/>
      </w:tblGrid>
      <w:tr w:rsidR="00257C38" w14:paraId="04E8BAE3" w14:textId="77777777">
        <w:tc>
          <w:tcPr>
            <w:tcW w:w="9936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AFAFA"/>
          </w:tcPr>
          <w:p w14:paraId="79A9DF4E" w14:textId="77777777" w:rsidR="00257C38" w:rsidRDefault="00000000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</w:tbl>
    <w:p w14:paraId="6F563A34" w14:textId="77777777" w:rsidR="00257C38" w:rsidRDefault="00000000">
      <w:pPr>
        <w:spacing w:before="200" w:after="80"/>
      </w:pPr>
      <w:r>
        <w:rPr>
          <w:rFonts w:ascii="Arial" w:hAnsi="Arial"/>
          <w:b/>
          <w:sz w:val="21"/>
        </w:rPr>
        <w:t>Bestellt am (*) / erhalten am (*):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936"/>
      </w:tblGrid>
      <w:tr w:rsidR="00257C38" w14:paraId="5F37AB0E" w14:textId="77777777">
        <w:tc>
          <w:tcPr>
            <w:tcW w:w="9936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AFAFA"/>
          </w:tcPr>
          <w:p w14:paraId="5A03CF61" w14:textId="77777777" w:rsidR="00257C38" w:rsidRDefault="00000000">
            <w:pPr>
              <w:spacing w:after="0"/>
            </w:pPr>
            <w:r>
              <w:br/>
            </w:r>
          </w:p>
        </w:tc>
      </w:tr>
    </w:tbl>
    <w:p w14:paraId="75AA2AB9" w14:textId="77777777" w:rsidR="00257C38" w:rsidRDefault="00000000">
      <w:pPr>
        <w:spacing w:before="200" w:after="80"/>
      </w:pPr>
      <w:r>
        <w:rPr>
          <w:rFonts w:ascii="Arial" w:hAnsi="Arial"/>
          <w:b/>
          <w:sz w:val="21"/>
        </w:rPr>
        <w:t>Name des/der Verbraucher(s):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936"/>
      </w:tblGrid>
      <w:tr w:rsidR="00257C38" w14:paraId="5D7682D7" w14:textId="77777777">
        <w:tc>
          <w:tcPr>
            <w:tcW w:w="9936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AFAFA"/>
          </w:tcPr>
          <w:p w14:paraId="1C35F7F7" w14:textId="77777777" w:rsidR="00257C38" w:rsidRDefault="00000000">
            <w:pPr>
              <w:spacing w:after="0"/>
            </w:pPr>
            <w:r>
              <w:br/>
            </w:r>
          </w:p>
        </w:tc>
      </w:tr>
    </w:tbl>
    <w:p w14:paraId="26865038" w14:textId="77777777" w:rsidR="00257C38" w:rsidRDefault="00000000">
      <w:pPr>
        <w:spacing w:before="200" w:after="80"/>
      </w:pPr>
      <w:r>
        <w:rPr>
          <w:rFonts w:ascii="Arial" w:hAnsi="Arial"/>
          <w:b/>
          <w:sz w:val="21"/>
        </w:rPr>
        <w:t>Anschrift des/der Verbraucher(s):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936"/>
      </w:tblGrid>
      <w:tr w:rsidR="00257C38" w14:paraId="2C936BA7" w14:textId="77777777">
        <w:tc>
          <w:tcPr>
            <w:tcW w:w="9936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AFAFA"/>
          </w:tcPr>
          <w:p w14:paraId="09C02D38" w14:textId="77777777" w:rsidR="00257C38" w:rsidRDefault="00000000">
            <w:pPr>
              <w:spacing w:after="0"/>
            </w:pPr>
            <w:r>
              <w:br/>
            </w:r>
            <w:r>
              <w:br/>
            </w:r>
          </w:p>
        </w:tc>
      </w:tr>
    </w:tbl>
    <w:p w14:paraId="2E95A2E3" w14:textId="77777777" w:rsidR="00257C38" w:rsidRDefault="00257C38">
      <w:pPr>
        <w:spacing w:before="360"/>
      </w:pPr>
    </w:p>
    <w:p w14:paraId="3D96A14D" w14:textId="77777777" w:rsidR="00257C38" w:rsidRDefault="00000000">
      <w:pPr>
        <w:spacing w:before="240"/>
      </w:pPr>
      <w:r>
        <w:rPr>
          <w:rFonts w:ascii="Arial" w:hAnsi="Arial"/>
          <w:sz w:val="21"/>
        </w:rPr>
        <w:t>Datum: ___________________________        Unterschrift: ___________________________</w:t>
      </w:r>
    </w:p>
    <w:p w14:paraId="56B6E1B6" w14:textId="77777777" w:rsidR="00257C38" w:rsidRDefault="00000000">
      <w:pPr>
        <w:spacing w:after="480"/>
        <w:jc w:val="right"/>
      </w:pPr>
      <w:r>
        <w:rPr>
          <w:rFonts w:ascii="Arial" w:hAnsi="Arial"/>
          <w:i/>
          <w:color w:val="777777"/>
          <w:sz w:val="17"/>
        </w:rPr>
        <w:t xml:space="preserve">(nur bei Mitteilung auf Papier)               </w:t>
      </w:r>
    </w:p>
    <w:p w14:paraId="40FDDBAF" w14:textId="77777777" w:rsidR="00257C38" w:rsidRDefault="00000000">
      <w:r>
        <w:rPr>
          <w:rFonts w:ascii="Arial" w:hAnsi="Arial"/>
          <w:color w:val="888888"/>
          <w:sz w:val="18"/>
        </w:rPr>
        <w:t>(*) Unzutreffendes streichen.</w:t>
      </w:r>
    </w:p>
    <w:sectPr w:rsidR="00257C38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31952234">
    <w:abstractNumId w:val="8"/>
  </w:num>
  <w:num w:numId="2" w16cid:durableId="1679846210">
    <w:abstractNumId w:val="6"/>
  </w:num>
  <w:num w:numId="3" w16cid:durableId="230040154">
    <w:abstractNumId w:val="5"/>
  </w:num>
  <w:num w:numId="4" w16cid:durableId="397173518">
    <w:abstractNumId w:val="4"/>
  </w:num>
  <w:num w:numId="5" w16cid:durableId="1732653686">
    <w:abstractNumId w:val="7"/>
  </w:num>
  <w:num w:numId="6" w16cid:durableId="343216828">
    <w:abstractNumId w:val="3"/>
  </w:num>
  <w:num w:numId="7" w16cid:durableId="20714091">
    <w:abstractNumId w:val="2"/>
  </w:num>
  <w:num w:numId="8" w16cid:durableId="905653397">
    <w:abstractNumId w:val="1"/>
  </w:num>
  <w:num w:numId="9" w16cid:durableId="928586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57C38"/>
    <w:rsid w:val="0029639D"/>
    <w:rsid w:val="00326F90"/>
    <w:rsid w:val="00440ED8"/>
    <w:rsid w:val="005000D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3EDF871"/>
  <w14:defaultImageDpi w14:val="300"/>
  <w15:docId w15:val="{F859B955-35AF-44E8-8B26-880A11545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Sebastian Rastberger</cp:lastModifiedBy>
  <cp:revision>2</cp:revision>
  <dcterms:created xsi:type="dcterms:W3CDTF">2026-09-06T17:43:00Z</dcterms:created>
  <dcterms:modified xsi:type="dcterms:W3CDTF">2026-09-06T17:43:00Z</dcterms:modified>
  <cp:category/>
</cp:coreProperties>
</file>